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957DB3" w14:textId="6A60AFC4" w:rsidR="006F19D3" w:rsidRPr="00FB38EC" w:rsidRDefault="006F19D3" w:rsidP="00FB38EC">
      <w:pPr>
        <w:spacing w:after="40"/>
        <w:rPr>
          <w:rFonts w:ascii="Calibri Light" w:hAnsi="Calibri Light" w:cs="Calibri Light"/>
          <w:sz w:val="4"/>
          <w:szCs w:val="4"/>
        </w:rPr>
      </w:pPr>
    </w:p>
    <w:p w14:paraId="31BFC5C0" w14:textId="77777777" w:rsidR="006F19D3" w:rsidRPr="006775EF" w:rsidRDefault="00000000" w:rsidP="00FB38EC">
      <w:pPr>
        <w:spacing w:after="20"/>
        <w:jc w:val="center"/>
        <w:rPr>
          <w:rFonts w:ascii="Calibri Light" w:hAnsi="Calibri Light" w:cs="Calibri Light"/>
          <w:b/>
          <w:bCs/>
          <w:sz w:val="20"/>
        </w:rPr>
      </w:pPr>
      <w:r w:rsidRPr="006775EF">
        <w:rPr>
          <w:rFonts w:ascii="Calibri Light" w:hAnsi="Calibri Light" w:cs="Calibri Light"/>
          <w:b/>
          <w:bCs/>
          <w:color w:val="111A46"/>
          <w:sz w:val="44"/>
        </w:rPr>
        <w:t>Autumn CreaTech</w:t>
      </w:r>
      <w:r w:rsidRPr="006775EF">
        <w:rPr>
          <w:rFonts w:ascii="Calibri Light" w:hAnsi="Calibri Light" w:cs="Calibri Light"/>
          <w:b/>
          <w:bCs/>
          <w:color w:val="111A46"/>
          <w:sz w:val="44"/>
        </w:rPr>
        <w:br/>
        <w:t>International Pitch Event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71"/>
        <w:gridCol w:w="5371"/>
      </w:tblGrid>
      <w:tr w:rsidR="006F19D3" w:rsidRPr="005C1FC7" w14:paraId="6DA87578" w14:textId="77777777">
        <w:trPr>
          <w:jc w:val="center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shd w:val="clear" w:color="auto" w:fill="6A1B9A"/>
            <w:tcMar>
              <w:top w:w="8" w:type="dxa"/>
              <w:left w:w="0" w:type="dxa"/>
              <w:bottom w:w="8" w:type="dxa"/>
              <w:right w:w="0" w:type="dxa"/>
            </w:tcMar>
          </w:tcPr>
          <w:p w14:paraId="25121F6F" w14:textId="77777777" w:rsidR="006F19D3" w:rsidRPr="005C1FC7" w:rsidRDefault="006F19D3" w:rsidP="005C1FC7">
            <w:pPr>
              <w:spacing w:line="360" w:lineRule="auto"/>
              <w:rPr>
                <w:rFonts w:ascii="Calibri Light" w:hAnsi="Calibri Light" w:cs="Calibri Light"/>
                <w:sz w:val="21"/>
                <w:szCs w:val="28"/>
              </w:rPr>
            </w:pP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shd w:val="clear" w:color="auto" w:fill="F36C21"/>
            <w:tcMar>
              <w:top w:w="8" w:type="dxa"/>
              <w:left w:w="0" w:type="dxa"/>
              <w:bottom w:w="8" w:type="dxa"/>
              <w:right w:w="0" w:type="dxa"/>
            </w:tcMar>
          </w:tcPr>
          <w:p w14:paraId="434CA025" w14:textId="77777777" w:rsidR="006F19D3" w:rsidRPr="005C1FC7" w:rsidRDefault="006F19D3" w:rsidP="005C1FC7">
            <w:pPr>
              <w:spacing w:line="360" w:lineRule="auto"/>
              <w:rPr>
                <w:rFonts w:ascii="Calibri Light" w:hAnsi="Calibri Light" w:cs="Calibri Light"/>
                <w:sz w:val="21"/>
                <w:szCs w:val="28"/>
              </w:rPr>
            </w:pPr>
          </w:p>
        </w:tc>
      </w:tr>
    </w:tbl>
    <w:p w14:paraId="72AF681D" w14:textId="77777777" w:rsidR="006F19D3" w:rsidRPr="005C1FC7" w:rsidRDefault="00000000" w:rsidP="005C1FC7">
      <w:pPr>
        <w:spacing w:before="40" w:after="100" w:line="360" w:lineRule="auto"/>
        <w:jc w:val="center"/>
        <w:rPr>
          <w:rFonts w:ascii="Calibri Light" w:hAnsi="Calibri Light" w:cs="Calibri Light"/>
          <w:sz w:val="21"/>
          <w:szCs w:val="28"/>
        </w:rPr>
      </w:pPr>
      <w:r w:rsidRPr="005C1FC7">
        <w:rPr>
          <w:rFonts w:ascii="Calibri Light" w:hAnsi="Calibri Light" w:cs="Calibri Light"/>
          <w:color w:val="111A46"/>
          <w:sz w:val="22"/>
          <w:szCs w:val="28"/>
        </w:rPr>
        <w:t>Connecting Investors with Start-ups from the Cultural and Creative Industries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3240"/>
        <w:gridCol w:w="3240"/>
      </w:tblGrid>
      <w:tr w:rsidR="006F19D3" w:rsidRPr="005C1FC7" w14:paraId="4879CD7F" w14:textId="77777777">
        <w:trPr>
          <w:jc w:val="center"/>
        </w:trPr>
        <w:tc>
          <w:tcPr>
            <w:tcW w:w="3240" w:type="dxa"/>
            <w:tcBorders>
              <w:top w:val="single" w:sz="6" w:space="0" w:color="D9DDE6"/>
              <w:left w:val="single" w:sz="6" w:space="0" w:color="D9DDE6"/>
              <w:bottom w:val="single" w:sz="6" w:space="0" w:color="D9DDE6"/>
              <w:right w:val="single" w:sz="6" w:space="0" w:color="D9DDE6"/>
            </w:tcBorders>
            <w:shd w:val="clear" w:color="auto" w:fill="F6F7F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E3A138D" w14:textId="77777777" w:rsidR="006F19D3" w:rsidRPr="00F05974" w:rsidRDefault="00000000" w:rsidP="005C1FC7">
            <w:pPr>
              <w:spacing w:line="360" w:lineRule="auto"/>
              <w:jc w:val="center"/>
              <w:rPr>
                <w:rFonts w:ascii="Calibri Light" w:hAnsi="Calibri Light" w:cs="Calibri Light"/>
                <w:szCs w:val="48"/>
              </w:rPr>
            </w:pPr>
            <w:r w:rsidRPr="00F05974">
              <w:rPr>
                <w:rFonts w:ascii="Calibri Light" w:hAnsi="Calibri Light" w:cs="Calibri Light"/>
                <w:b/>
                <w:bCs/>
                <w:color w:val="6A1B9A"/>
                <w:szCs w:val="48"/>
              </w:rPr>
              <w:t>DATE</w:t>
            </w:r>
            <w:r w:rsidRPr="00F05974">
              <w:rPr>
                <w:rFonts w:ascii="Calibri Light" w:hAnsi="Calibri Light" w:cs="Calibri Light"/>
                <w:b/>
                <w:bCs/>
                <w:color w:val="6A1B9A"/>
                <w:szCs w:val="48"/>
              </w:rPr>
              <w:br/>
            </w:r>
            <w:r w:rsidRPr="00F05974">
              <w:rPr>
                <w:rFonts w:ascii="Calibri Light" w:hAnsi="Calibri Light" w:cs="Calibri Light"/>
                <w:b/>
                <w:bCs/>
                <w:color w:val="111A46"/>
                <w:szCs w:val="48"/>
              </w:rPr>
              <w:t>15 September 2026</w:t>
            </w:r>
          </w:p>
        </w:tc>
        <w:tc>
          <w:tcPr>
            <w:tcW w:w="3240" w:type="dxa"/>
            <w:tcBorders>
              <w:top w:val="single" w:sz="6" w:space="0" w:color="D9DDE6"/>
              <w:left w:val="single" w:sz="6" w:space="0" w:color="D9DDE6"/>
              <w:bottom w:val="single" w:sz="6" w:space="0" w:color="D9DDE6"/>
              <w:right w:val="single" w:sz="6" w:space="0" w:color="D9DDE6"/>
            </w:tcBorders>
            <w:shd w:val="clear" w:color="auto" w:fill="F6F7F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50CDB2C" w14:textId="77777777" w:rsidR="006F19D3" w:rsidRPr="00F05974" w:rsidRDefault="00000000" w:rsidP="005C1FC7">
            <w:pPr>
              <w:spacing w:line="360" w:lineRule="auto"/>
              <w:jc w:val="center"/>
              <w:rPr>
                <w:rFonts w:ascii="Calibri Light" w:hAnsi="Calibri Light" w:cs="Calibri Light"/>
                <w:szCs w:val="48"/>
              </w:rPr>
            </w:pPr>
            <w:r w:rsidRPr="00F05974">
              <w:rPr>
                <w:rFonts w:ascii="Calibri Light" w:hAnsi="Calibri Light" w:cs="Calibri Light"/>
                <w:b/>
                <w:bCs/>
                <w:color w:val="F36C21"/>
                <w:szCs w:val="48"/>
              </w:rPr>
              <w:t>TIME</w:t>
            </w:r>
            <w:r w:rsidRPr="00F05974">
              <w:rPr>
                <w:rFonts w:ascii="Calibri Light" w:hAnsi="Calibri Light" w:cs="Calibri Light"/>
                <w:color w:val="F36C21"/>
                <w:szCs w:val="48"/>
              </w:rPr>
              <w:br/>
            </w:r>
            <w:r w:rsidRPr="00F05974">
              <w:rPr>
                <w:rFonts w:ascii="Calibri Light" w:hAnsi="Calibri Light" w:cs="Calibri Light"/>
                <w:b/>
                <w:bCs/>
                <w:color w:val="111A46"/>
                <w:szCs w:val="48"/>
              </w:rPr>
              <w:t>15:00 CEST</w:t>
            </w:r>
          </w:p>
        </w:tc>
        <w:tc>
          <w:tcPr>
            <w:tcW w:w="3240" w:type="dxa"/>
            <w:tcBorders>
              <w:top w:val="single" w:sz="6" w:space="0" w:color="D9DDE6"/>
              <w:left w:val="single" w:sz="6" w:space="0" w:color="D9DDE6"/>
              <w:bottom w:val="single" w:sz="6" w:space="0" w:color="D9DDE6"/>
              <w:right w:val="single" w:sz="6" w:space="0" w:color="D9DDE6"/>
            </w:tcBorders>
            <w:shd w:val="clear" w:color="auto" w:fill="F6F7F9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940DD61" w14:textId="77777777" w:rsidR="006F19D3" w:rsidRPr="00F05974" w:rsidRDefault="00000000" w:rsidP="005C1FC7">
            <w:pPr>
              <w:spacing w:line="360" w:lineRule="auto"/>
              <w:jc w:val="center"/>
              <w:rPr>
                <w:rFonts w:ascii="Calibri Light" w:hAnsi="Calibri Light" w:cs="Calibri Light"/>
                <w:szCs w:val="48"/>
              </w:rPr>
            </w:pPr>
            <w:r w:rsidRPr="00F05974">
              <w:rPr>
                <w:rFonts w:ascii="Calibri Light" w:hAnsi="Calibri Light" w:cs="Calibri Light"/>
                <w:b/>
                <w:bCs/>
                <w:color w:val="6A1B9A"/>
                <w:szCs w:val="48"/>
              </w:rPr>
              <w:t>FORMAT</w:t>
            </w:r>
            <w:r w:rsidRPr="00F05974">
              <w:rPr>
                <w:rFonts w:ascii="Calibri Light" w:hAnsi="Calibri Light" w:cs="Calibri Light"/>
                <w:color w:val="6A1B9A"/>
                <w:szCs w:val="48"/>
              </w:rPr>
              <w:br/>
            </w:r>
            <w:r w:rsidRPr="00F05974">
              <w:rPr>
                <w:rFonts w:ascii="Calibri Light" w:hAnsi="Calibri Light" w:cs="Calibri Light"/>
                <w:b/>
                <w:bCs/>
                <w:color w:val="111A46"/>
                <w:szCs w:val="48"/>
              </w:rPr>
              <w:t>Online International Event</w:t>
            </w:r>
          </w:p>
        </w:tc>
      </w:tr>
    </w:tbl>
    <w:p w14:paraId="7702C7AE" w14:textId="4265E002" w:rsidR="006F19D3" w:rsidRPr="005C1FC7" w:rsidRDefault="00000000" w:rsidP="00275A21">
      <w:pPr>
        <w:spacing w:before="120" w:after="60"/>
        <w:jc w:val="both"/>
        <w:rPr>
          <w:rFonts w:ascii="Calibri Light" w:hAnsi="Calibri Light" w:cs="Calibri Light"/>
          <w:sz w:val="21"/>
          <w:szCs w:val="28"/>
        </w:rPr>
      </w:pPr>
      <w:r w:rsidRPr="005C1FC7">
        <w:rPr>
          <w:rFonts w:ascii="Calibri Light" w:hAnsi="Calibri Light" w:cs="Calibri Light"/>
          <w:sz w:val="20"/>
          <w:szCs w:val="28"/>
        </w:rPr>
        <w:t>The Autumn CreaTech International Pitch Event brings together start-ups from the Cultural and Creative Industries with investors and innovation stakeholders. Participating teams will present their ideas, receive professional feedback and build new international connections.</w:t>
      </w:r>
      <w:r w:rsidR="00275A21">
        <w:rPr>
          <w:rFonts w:ascii="Calibri Light" w:hAnsi="Calibri Light" w:cs="Calibri Light"/>
          <w:sz w:val="21"/>
          <w:szCs w:val="28"/>
        </w:rPr>
        <w:t xml:space="preserve"> </w:t>
      </w:r>
      <w:r w:rsidRPr="005C1FC7">
        <w:rPr>
          <w:rFonts w:ascii="Calibri Light" w:hAnsi="Calibri Light" w:cs="Calibri Light"/>
          <w:sz w:val="20"/>
          <w:szCs w:val="28"/>
        </w:rPr>
        <w:t>The event welcomes teams established or supported through the CreaTech project, including participants in the Start-up Booster Programme and teams mentored through other CreaTech activities, as well as investors interested in entrepreneurship, innovation and the development of new business ideas.</w:t>
      </w:r>
    </w:p>
    <w:p w14:paraId="40B35C51" w14:textId="77777777" w:rsidR="006F19D3" w:rsidRPr="005C1FC7" w:rsidRDefault="00000000" w:rsidP="005C1FC7">
      <w:pPr>
        <w:spacing w:after="40" w:line="360" w:lineRule="auto"/>
        <w:jc w:val="center"/>
        <w:rPr>
          <w:rFonts w:ascii="Calibri Light" w:hAnsi="Calibri Light" w:cs="Calibri Light"/>
          <w:b/>
          <w:bCs/>
          <w:sz w:val="21"/>
          <w:szCs w:val="28"/>
        </w:rPr>
      </w:pPr>
      <w:r w:rsidRPr="005C1FC7">
        <w:rPr>
          <w:rFonts w:ascii="Calibri Light" w:hAnsi="Calibri Light" w:cs="Calibri Light"/>
          <w:b/>
          <w:bCs/>
          <w:color w:val="6A1B9A"/>
          <w:szCs w:val="28"/>
        </w:rPr>
        <w:t>PITCH FORMAT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1"/>
        <w:gridCol w:w="4811"/>
      </w:tblGrid>
      <w:tr w:rsidR="006F19D3" w:rsidRPr="005C1FC7" w14:paraId="16BC87E3" w14:textId="77777777" w:rsidTr="00275A21">
        <w:trPr>
          <w:trHeight w:val="524"/>
          <w:jc w:val="center"/>
        </w:trPr>
        <w:tc>
          <w:tcPr>
            <w:tcW w:w="4811" w:type="dxa"/>
            <w:tcBorders>
              <w:top w:val="single" w:sz="5" w:space="0" w:color="D9DDE6"/>
              <w:left w:val="single" w:sz="5" w:space="0" w:color="D9DDE6"/>
              <w:bottom w:val="single" w:sz="5" w:space="0" w:color="D9DDE6"/>
              <w:right w:val="single" w:sz="5" w:space="0" w:color="D9DDE6"/>
            </w:tcBorders>
            <w:shd w:val="clear" w:color="auto" w:fill="F6F0F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BE95DE0" w14:textId="77777777" w:rsidR="006F19D3" w:rsidRPr="00FB38EC" w:rsidRDefault="00000000" w:rsidP="005C1FC7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2"/>
              </w:rPr>
            </w:pPr>
            <w:r w:rsidRPr="00FB38EC">
              <w:rPr>
                <w:rFonts w:ascii="Calibri Light" w:hAnsi="Calibri Light" w:cs="Calibri Light"/>
                <w:b/>
                <w:bCs/>
                <w:color w:val="6A1B9A"/>
                <w:sz w:val="22"/>
              </w:rPr>
              <w:t>3-MINUTE</w:t>
            </w:r>
            <w:r w:rsidRPr="00FB38EC">
              <w:rPr>
                <w:rFonts w:ascii="Calibri Light" w:hAnsi="Calibri Light" w:cs="Calibri Light"/>
                <w:b/>
                <w:bCs/>
                <w:color w:val="6A1B9A"/>
                <w:sz w:val="22"/>
              </w:rPr>
              <w:br/>
            </w:r>
            <w:r w:rsidRPr="00FB38EC">
              <w:rPr>
                <w:rFonts w:ascii="Calibri Light" w:hAnsi="Calibri Light" w:cs="Calibri Light"/>
                <w:b/>
                <w:bCs/>
                <w:color w:val="111A46"/>
                <w:sz w:val="22"/>
              </w:rPr>
              <w:t>PRESENTATION OF THE BUSINESS IDEA</w:t>
            </w:r>
          </w:p>
        </w:tc>
        <w:tc>
          <w:tcPr>
            <w:tcW w:w="4811" w:type="dxa"/>
            <w:tcBorders>
              <w:top w:val="single" w:sz="5" w:space="0" w:color="D9DDE6"/>
              <w:left w:val="single" w:sz="5" w:space="0" w:color="D9DDE6"/>
              <w:bottom w:val="single" w:sz="5" w:space="0" w:color="D9DDE6"/>
              <w:right w:val="single" w:sz="5" w:space="0" w:color="D9DDE6"/>
            </w:tcBorders>
            <w:shd w:val="clear" w:color="auto" w:fill="FFF3E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2C33B09" w14:textId="77777777" w:rsidR="006F19D3" w:rsidRPr="00FB38EC" w:rsidRDefault="00000000" w:rsidP="005C1FC7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2"/>
              </w:rPr>
            </w:pPr>
            <w:r w:rsidRPr="00FB38EC">
              <w:rPr>
                <w:rFonts w:ascii="Calibri Light" w:hAnsi="Calibri Light" w:cs="Calibri Light"/>
                <w:b/>
                <w:bCs/>
                <w:color w:val="F36C21"/>
                <w:sz w:val="22"/>
              </w:rPr>
              <w:t>2-MINUTE</w:t>
            </w:r>
            <w:r w:rsidRPr="00FB38EC">
              <w:rPr>
                <w:rFonts w:ascii="Calibri Light" w:hAnsi="Calibri Light" w:cs="Calibri Light"/>
                <w:b/>
                <w:bCs/>
                <w:color w:val="F36C21"/>
                <w:sz w:val="22"/>
              </w:rPr>
              <w:br/>
            </w:r>
            <w:r w:rsidRPr="00FB38EC">
              <w:rPr>
                <w:rFonts w:ascii="Calibri Light" w:hAnsi="Calibri Light" w:cs="Calibri Light"/>
                <w:b/>
                <w:bCs/>
                <w:color w:val="111A46"/>
                <w:sz w:val="22"/>
              </w:rPr>
              <w:t>Q&amp;A SESSION WITH INVESTORS</w:t>
            </w:r>
          </w:p>
        </w:tc>
      </w:tr>
      <w:tr w:rsidR="00275A21" w:rsidRPr="006775EF" w14:paraId="0E011F30" w14:textId="77777777" w:rsidTr="00275A21">
        <w:trPr>
          <w:trHeight w:val="1047"/>
          <w:jc w:val="center"/>
        </w:trPr>
        <w:tc>
          <w:tcPr>
            <w:tcW w:w="4811" w:type="dxa"/>
            <w:tcBorders>
              <w:top w:val="single" w:sz="5" w:space="0" w:color="D9DDE6"/>
              <w:left w:val="single" w:sz="5" w:space="0" w:color="D9DDE6"/>
              <w:right w:val="single" w:sz="5" w:space="0" w:color="D9DDE6"/>
            </w:tcBorders>
            <w:shd w:val="clear" w:color="auto" w:fill="F6F0F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FC838B0" w14:textId="77777777" w:rsidR="00275A21" w:rsidRPr="00FB38EC" w:rsidRDefault="00275A21" w:rsidP="00161B73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color w:val="6A1B9A"/>
                <w:sz w:val="22"/>
              </w:rPr>
            </w:pPr>
            <w:r w:rsidRPr="00FB38EC">
              <w:rPr>
                <w:rFonts w:ascii="Calibri Light" w:hAnsi="Calibri Light" w:cs="Calibri Light"/>
                <w:b/>
                <w:bCs/>
                <w:color w:val="6A1B9A"/>
                <w:sz w:val="22"/>
              </w:rPr>
              <w:t>REGISTRATION</w:t>
            </w:r>
          </w:p>
          <w:p w14:paraId="335FC9EC" w14:textId="77777777" w:rsidR="00275A21" w:rsidRPr="00FB38EC" w:rsidRDefault="00275A21" w:rsidP="00161B73">
            <w:pPr>
              <w:spacing w:line="360" w:lineRule="auto"/>
              <w:jc w:val="center"/>
              <w:rPr>
                <w:rStyle w:val="Strong"/>
                <w:rFonts w:ascii="Calibri Light" w:hAnsi="Calibri Light" w:cs="Calibri Light"/>
                <w:b w:val="0"/>
                <w:bCs w:val="0"/>
                <w:color w:val="000000"/>
                <w:sz w:val="22"/>
              </w:rPr>
            </w:pPr>
            <w:hyperlink r:id="rId8" w:tgtFrame="_new" w:history="1">
              <w:r w:rsidRPr="00FB38EC">
                <w:rPr>
                  <w:rStyle w:val="Hyperlink"/>
                  <w:rFonts w:ascii="Calibri Light" w:hAnsi="Calibri Light" w:cs="Calibri Light"/>
                  <w:b/>
                  <w:bCs/>
                  <w:sz w:val="22"/>
                </w:rPr>
                <w:t>Event Registration Form</w:t>
              </w:r>
            </w:hyperlink>
          </w:p>
          <w:p w14:paraId="2E3E4220" w14:textId="5101211A" w:rsidR="00275A21" w:rsidRPr="00FB38EC" w:rsidRDefault="00275A21" w:rsidP="00161B73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color w:val="6A1B9A"/>
                <w:sz w:val="22"/>
              </w:rPr>
            </w:pPr>
            <w:r w:rsidRPr="00FB38EC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</w:rPr>
              <w:t>Required for participation</w:t>
            </w:r>
          </w:p>
        </w:tc>
        <w:tc>
          <w:tcPr>
            <w:tcW w:w="4811" w:type="dxa"/>
            <w:tcBorders>
              <w:top w:val="single" w:sz="5" w:space="0" w:color="D9DDE6"/>
              <w:left w:val="single" w:sz="5" w:space="0" w:color="D9DDE6"/>
              <w:right w:val="single" w:sz="5" w:space="0" w:color="D9DDE6"/>
            </w:tcBorders>
            <w:shd w:val="clear" w:color="auto" w:fill="FFF3EB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3D7B0CB" w14:textId="77777777" w:rsidR="00275A21" w:rsidRPr="00FB38EC" w:rsidRDefault="00275A21" w:rsidP="00161B73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color w:val="F36C21"/>
                <w:sz w:val="22"/>
              </w:rPr>
            </w:pPr>
            <w:r w:rsidRPr="00FB38EC">
              <w:rPr>
                <w:rFonts w:ascii="Calibri Light" w:hAnsi="Calibri Light" w:cs="Calibri Light"/>
                <w:b/>
                <w:bCs/>
                <w:color w:val="F36C21"/>
                <w:sz w:val="22"/>
              </w:rPr>
              <w:t>ZOOM ACCESS</w:t>
            </w:r>
          </w:p>
          <w:p w14:paraId="54A62207" w14:textId="77777777" w:rsidR="00275A21" w:rsidRPr="00FB38EC" w:rsidRDefault="00275A21" w:rsidP="00161B73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</w:rPr>
            </w:pPr>
            <w:r w:rsidRPr="00FB38EC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</w:rPr>
              <w:t>Sent 3 days before the event</w:t>
            </w:r>
          </w:p>
          <w:p w14:paraId="257B8098" w14:textId="04744EEC" w:rsidR="00275A21" w:rsidRPr="00FB38EC" w:rsidRDefault="00275A21" w:rsidP="00161B73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color w:val="F36C21"/>
                <w:sz w:val="22"/>
              </w:rPr>
            </w:pPr>
            <w:r w:rsidRPr="00FB38EC">
              <w:rPr>
                <w:rFonts w:ascii="Calibri Light" w:hAnsi="Calibri Light" w:cs="Calibri Light"/>
                <w:b/>
                <w:bCs/>
                <w:color w:val="000000" w:themeColor="text1"/>
                <w:sz w:val="22"/>
              </w:rPr>
              <w:t>Registered participants only</w:t>
            </w:r>
          </w:p>
        </w:tc>
      </w:tr>
    </w:tbl>
    <w:p w14:paraId="78AFD253" w14:textId="77777777" w:rsidR="006775EF" w:rsidRDefault="006775EF" w:rsidP="00275A21">
      <w:pPr>
        <w:spacing w:before="120" w:after="20" w:line="360" w:lineRule="auto"/>
        <w:rPr>
          <w:rFonts w:ascii="Calibri Light" w:hAnsi="Calibri Light" w:cs="Calibri Light"/>
          <w:b/>
          <w:bCs/>
          <w:color w:val="111A46"/>
          <w:szCs w:val="28"/>
        </w:rPr>
      </w:pPr>
    </w:p>
    <w:p w14:paraId="7443A6FD" w14:textId="77777777" w:rsidR="00275A21" w:rsidRPr="00467ECE" w:rsidRDefault="00275A21" w:rsidP="00275A21">
      <w:pPr>
        <w:spacing w:after="60"/>
        <w:jc w:val="center"/>
        <w:rPr>
          <w:rFonts w:ascii="Calibri Light" w:hAnsi="Calibri Light" w:cs="Calibri Light"/>
          <w:b/>
          <w:bCs/>
          <w:color w:val="7030A0"/>
          <w:sz w:val="28"/>
          <w:szCs w:val="32"/>
        </w:rPr>
      </w:pPr>
      <w:r w:rsidRPr="00467ECE">
        <w:rPr>
          <w:rFonts w:ascii="Calibri Light" w:hAnsi="Calibri Light" w:cs="Calibri Light"/>
          <w:b/>
          <w:bCs/>
          <w:color w:val="7030A0"/>
          <w:sz w:val="28"/>
          <w:szCs w:val="32"/>
        </w:rPr>
        <w:t>PROVISIONAL PITCHING LINE-UP</w:t>
      </w:r>
    </w:p>
    <w:p w14:paraId="2E3DD221" w14:textId="626A247B" w:rsidR="006F19D3" w:rsidRPr="00275A21" w:rsidRDefault="00275A21" w:rsidP="00275A21">
      <w:pPr>
        <w:spacing w:after="60"/>
        <w:jc w:val="center"/>
        <w:rPr>
          <w:rFonts w:ascii="Calibri Light" w:hAnsi="Calibri Light" w:cs="Calibri Light"/>
        </w:rPr>
      </w:pPr>
      <w:r w:rsidRPr="00275A21">
        <w:rPr>
          <w:rFonts w:ascii="Calibri Light" w:hAnsi="Calibri Light" w:cs="Calibri Light"/>
          <w:color w:val="111A46"/>
          <w:sz w:val="21"/>
        </w:rPr>
        <w:t>Meet the teams presenting their ideas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3528"/>
        <w:gridCol w:w="3528"/>
      </w:tblGrid>
      <w:tr w:rsidR="006F19D3" w:rsidRPr="005C1FC7" w14:paraId="5D052D33" w14:textId="77777777">
        <w:trPr>
          <w:tblHeader/>
          <w:jc w:val="center"/>
        </w:trPr>
        <w:tc>
          <w:tcPr>
            <w:tcW w:w="25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11A4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B3177B" w14:textId="77777777" w:rsidR="006F19D3" w:rsidRPr="00FB38EC" w:rsidRDefault="00000000" w:rsidP="005C1FC7">
            <w:pPr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FFFFFF"/>
                <w:sz w:val="20"/>
                <w:szCs w:val="36"/>
              </w:rPr>
              <w:t>Partner / Institution</w:t>
            </w:r>
          </w:p>
        </w:tc>
        <w:tc>
          <w:tcPr>
            <w:tcW w:w="35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11A4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9874D8" w14:textId="1BF4785D" w:rsidR="006F19D3" w:rsidRPr="00FB38EC" w:rsidRDefault="00275A21" w:rsidP="005C1FC7">
            <w:pPr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FFFFFF"/>
                <w:sz w:val="20"/>
                <w:szCs w:val="36"/>
              </w:rPr>
              <w:t>Pitching Team / Start-up 1</w:t>
            </w:r>
          </w:p>
        </w:tc>
        <w:tc>
          <w:tcPr>
            <w:tcW w:w="35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11A4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4C74DEC" w14:textId="27170BEF" w:rsidR="006F19D3" w:rsidRPr="00FB38EC" w:rsidRDefault="00275A21" w:rsidP="005C1FC7">
            <w:pPr>
              <w:spacing w:line="360" w:lineRule="auto"/>
              <w:jc w:val="center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FFFFFF"/>
                <w:sz w:val="20"/>
                <w:szCs w:val="36"/>
              </w:rPr>
              <w:t>Pitching Team / Start-up 2</w:t>
            </w:r>
          </w:p>
        </w:tc>
      </w:tr>
      <w:tr w:rsidR="006F19D3" w:rsidRPr="005C1FC7" w14:paraId="21B6402F" w14:textId="77777777">
        <w:trPr>
          <w:jc w:val="center"/>
        </w:trPr>
        <w:tc>
          <w:tcPr>
            <w:tcW w:w="2592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FFFFF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2AA3EEE5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University of Tirana</w:t>
            </w:r>
          </w:p>
        </w:tc>
        <w:tc>
          <w:tcPr>
            <w:tcW w:w="3528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FFFFF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6E109A36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Orjeta Rucaj - Ori-Artizan</w:t>
            </w:r>
          </w:p>
        </w:tc>
        <w:tc>
          <w:tcPr>
            <w:tcW w:w="3528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FFFFF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0DF8ED5A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Holta Dushaj</w:t>
            </w:r>
          </w:p>
        </w:tc>
      </w:tr>
      <w:tr w:rsidR="006F19D3" w:rsidRPr="005C1FC7" w14:paraId="3DB1CB57" w14:textId="77777777">
        <w:trPr>
          <w:jc w:val="center"/>
        </w:trPr>
        <w:tc>
          <w:tcPr>
            <w:tcW w:w="2592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8F9FB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67C8FE2C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EMUNI / Faculty of Design</w:t>
            </w:r>
          </w:p>
        </w:tc>
        <w:tc>
          <w:tcPr>
            <w:tcW w:w="3528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8F9FB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24CBD98B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Evgenija Zaforovska</w:t>
            </w:r>
          </w:p>
        </w:tc>
        <w:tc>
          <w:tcPr>
            <w:tcW w:w="3528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8F9FB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3B657121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Nina Treven - Scorpi</w:t>
            </w: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br/>
              <w:t>Maša Vajd - Fjoka</w:t>
            </w:r>
          </w:p>
        </w:tc>
      </w:tr>
      <w:tr w:rsidR="006F19D3" w:rsidRPr="005C1FC7" w14:paraId="482C315B" w14:textId="77777777">
        <w:trPr>
          <w:jc w:val="center"/>
        </w:trPr>
        <w:tc>
          <w:tcPr>
            <w:tcW w:w="2592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FFFFF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68D2A5F7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AAB University</w:t>
            </w:r>
          </w:p>
        </w:tc>
        <w:tc>
          <w:tcPr>
            <w:tcW w:w="3528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FFFFF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7435DB01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Zonda Creative</w:t>
            </w:r>
          </w:p>
        </w:tc>
        <w:tc>
          <w:tcPr>
            <w:tcW w:w="3528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FFFFF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511FB33E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Rrënjët Tona</w:t>
            </w:r>
          </w:p>
        </w:tc>
      </w:tr>
      <w:tr w:rsidR="006F19D3" w:rsidRPr="005C1FC7" w14:paraId="36396E25" w14:textId="77777777">
        <w:trPr>
          <w:jc w:val="center"/>
        </w:trPr>
        <w:tc>
          <w:tcPr>
            <w:tcW w:w="2592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8F9FB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626E561C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University of Patras</w:t>
            </w:r>
          </w:p>
        </w:tc>
        <w:tc>
          <w:tcPr>
            <w:tcW w:w="3528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8F9FB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3DEA5926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Aliki Rangou - Pop2See</w:t>
            </w:r>
          </w:p>
        </w:tc>
        <w:tc>
          <w:tcPr>
            <w:tcW w:w="3528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8F9FB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626ACCA3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Nikos Konstantopoulos &amp; Despoina Rozi - SOPHROSYNE P.C.</w:t>
            </w:r>
          </w:p>
        </w:tc>
      </w:tr>
      <w:tr w:rsidR="006F19D3" w:rsidRPr="005C1FC7" w14:paraId="09C551BE" w14:textId="77777777" w:rsidTr="00FB38EC">
        <w:trPr>
          <w:trHeight w:val="27"/>
          <w:jc w:val="center"/>
        </w:trPr>
        <w:tc>
          <w:tcPr>
            <w:tcW w:w="2592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FFFFF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54434E9E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University of Bedfordshire</w:t>
            </w:r>
          </w:p>
        </w:tc>
        <w:tc>
          <w:tcPr>
            <w:tcW w:w="3528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FFFFF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352BE0AF" w14:textId="77777777" w:rsidR="006F19D3" w:rsidRPr="00FB38EC" w:rsidRDefault="00000000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  <w:r w:rsidRPr="00FB38EC">
              <w:rPr>
                <w:rFonts w:ascii="Calibri Light" w:hAnsi="Calibri Light" w:cs="Calibri Light"/>
                <w:color w:val="111A46"/>
                <w:sz w:val="20"/>
                <w:szCs w:val="36"/>
              </w:rPr>
              <w:t>Venesa Coodien - British Mauritius</w:t>
            </w:r>
          </w:p>
        </w:tc>
        <w:tc>
          <w:tcPr>
            <w:tcW w:w="3528" w:type="dxa"/>
            <w:tcBorders>
              <w:top w:val="single" w:sz="3" w:space="0" w:color="D9DDE6"/>
              <w:left w:val="single" w:sz="3" w:space="0" w:color="D9DDE6"/>
              <w:bottom w:val="single" w:sz="3" w:space="0" w:color="D9DDE6"/>
              <w:right w:val="single" w:sz="3" w:space="0" w:color="D9DDE6"/>
            </w:tcBorders>
            <w:shd w:val="clear" w:color="auto" w:fill="FFFFFF"/>
            <w:tcMar>
              <w:top w:w="38" w:type="dxa"/>
              <w:left w:w="52" w:type="dxa"/>
              <w:bottom w:w="38" w:type="dxa"/>
              <w:right w:w="52" w:type="dxa"/>
            </w:tcMar>
            <w:vAlign w:val="center"/>
          </w:tcPr>
          <w:p w14:paraId="6F5778E1" w14:textId="77777777" w:rsidR="006F19D3" w:rsidRPr="00FB38EC" w:rsidRDefault="006F19D3" w:rsidP="005C1FC7">
            <w:pPr>
              <w:spacing w:line="360" w:lineRule="auto"/>
              <w:rPr>
                <w:rFonts w:ascii="Calibri Light" w:hAnsi="Calibri Light" w:cs="Calibri Light"/>
                <w:sz w:val="20"/>
                <w:szCs w:val="36"/>
              </w:rPr>
            </w:pPr>
          </w:p>
        </w:tc>
      </w:tr>
    </w:tbl>
    <w:p w14:paraId="1DAC962E" w14:textId="77777777" w:rsidR="00FB38EC" w:rsidRPr="00275A21" w:rsidRDefault="00FB38EC" w:rsidP="00275A21">
      <w:pPr>
        <w:spacing w:before="100" w:after="20"/>
        <w:rPr>
          <w:rFonts w:ascii="Calibri Light" w:hAnsi="Calibri Light" w:cs="Calibri Light"/>
          <w:color w:val="6A1B9A"/>
          <w:sz w:val="28"/>
          <w:szCs w:val="48"/>
        </w:rPr>
      </w:pPr>
    </w:p>
    <w:p w14:paraId="26C1103E" w14:textId="2345745F" w:rsidR="006F19D3" w:rsidRPr="00A7547C" w:rsidRDefault="00000000">
      <w:pPr>
        <w:spacing w:before="100" w:after="20"/>
        <w:jc w:val="center"/>
        <w:rPr>
          <w:rFonts w:ascii="Calibri Light" w:hAnsi="Calibri Light" w:cs="Calibri Light"/>
          <w:sz w:val="20"/>
        </w:rPr>
      </w:pPr>
      <w:r w:rsidRPr="00A7547C">
        <w:rPr>
          <w:rFonts w:ascii="Calibri Light" w:hAnsi="Calibri Light" w:cs="Calibri Light"/>
          <w:color w:val="6A1B9A"/>
          <w:sz w:val="16"/>
        </w:rPr>
        <w:t>Further information:</w:t>
      </w:r>
      <w:r w:rsidRPr="00A7547C">
        <w:rPr>
          <w:rFonts w:ascii="Calibri Light" w:hAnsi="Calibri Light" w:cs="Calibri Light"/>
          <w:color w:val="111A46"/>
          <w:sz w:val="16"/>
        </w:rPr>
        <w:t xml:space="preserve"> </w:t>
      </w:r>
      <w:hyperlink r:id="rId9">
        <w:r w:rsidR="006F19D3" w:rsidRPr="00A7547C">
          <w:rPr>
            <w:rFonts w:ascii="Calibri Light" w:hAnsi="Calibri Light" w:cs="Calibri Light"/>
            <w:color w:val="2F63C6"/>
            <w:sz w:val="16"/>
            <w:u w:val="single"/>
          </w:rPr>
          <w:t>www.crea-tech.eu</w:t>
        </w:r>
      </w:hyperlink>
    </w:p>
    <w:p w14:paraId="5798ED65" w14:textId="77777777" w:rsidR="006F19D3" w:rsidRPr="00A7547C" w:rsidRDefault="00000000">
      <w:pPr>
        <w:spacing w:before="20"/>
        <w:jc w:val="center"/>
        <w:rPr>
          <w:rFonts w:ascii="Calibri Light" w:hAnsi="Calibri Light" w:cs="Calibri Light"/>
          <w:sz w:val="20"/>
        </w:rPr>
      </w:pPr>
      <w:r w:rsidRPr="00A7547C">
        <w:rPr>
          <w:rFonts w:ascii="Calibri Light" w:hAnsi="Calibri Light" w:cs="Calibri Light"/>
          <w:color w:val="111A46"/>
          <w:sz w:val="15"/>
        </w:rPr>
        <w:t>Organised by EMUNI University and the Faculty of Design within the framework of the CreaTech project.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71"/>
        <w:gridCol w:w="5371"/>
      </w:tblGrid>
      <w:tr w:rsidR="006F19D3" w:rsidRPr="005C1FC7" w14:paraId="1D008690" w14:textId="77777777">
        <w:trPr>
          <w:jc w:val="center"/>
        </w:trPr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shd w:val="clear" w:color="auto" w:fill="6A1B9A"/>
            <w:tcMar>
              <w:top w:w="5" w:type="dxa"/>
              <w:left w:w="0" w:type="dxa"/>
              <w:bottom w:w="5" w:type="dxa"/>
              <w:right w:w="0" w:type="dxa"/>
            </w:tcMar>
          </w:tcPr>
          <w:p w14:paraId="20D8117D" w14:textId="77777777" w:rsidR="006F19D3" w:rsidRPr="005C1FC7" w:rsidRDefault="006F19D3">
            <w:pPr>
              <w:rPr>
                <w:rFonts w:ascii="Calibri Light" w:hAnsi="Calibri Light" w:cs="Calibri Light"/>
              </w:rPr>
            </w:pPr>
          </w:p>
        </w:tc>
        <w:tc>
          <w:tcPr>
            <w:tcW w:w="5371" w:type="dxa"/>
            <w:tcBorders>
              <w:top w:val="nil"/>
              <w:left w:val="nil"/>
              <w:bottom w:val="nil"/>
              <w:right w:val="nil"/>
            </w:tcBorders>
            <w:shd w:val="clear" w:color="auto" w:fill="F36C21"/>
            <w:tcMar>
              <w:top w:w="5" w:type="dxa"/>
              <w:left w:w="0" w:type="dxa"/>
              <w:bottom w:w="5" w:type="dxa"/>
              <w:right w:w="0" w:type="dxa"/>
            </w:tcMar>
          </w:tcPr>
          <w:p w14:paraId="1C239B10" w14:textId="77777777" w:rsidR="006F19D3" w:rsidRPr="005C1FC7" w:rsidRDefault="006F19D3">
            <w:pPr>
              <w:rPr>
                <w:rFonts w:ascii="Calibri Light" w:hAnsi="Calibri Light" w:cs="Calibri Light"/>
              </w:rPr>
            </w:pPr>
          </w:p>
        </w:tc>
      </w:tr>
    </w:tbl>
    <w:p w14:paraId="3836FC4F" w14:textId="77777777" w:rsidR="00A16EEB" w:rsidRPr="005C1FC7" w:rsidRDefault="00A16EEB">
      <w:pPr>
        <w:rPr>
          <w:rFonts w:ascii="Calibri Light" w:hAnsi="Calibri Light" w:cs="Calibri Light"/>
        </w:rPr>
      </w:pPr>
    </w:p>
    <w:sectPr w:rsidR="00A16EEB" w:rsidRPr="005C1FC7" w:rsidSect="00034616">
      <w:headerReference w:type="default" r:id="rId10"/>
      <w:pgSz w:w="12240" w:h="15840"/>
      <w:pgMar w:top="547" w:right="749" w:bottom="547" w:left="74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2BC547" w14:textId="77777777" w:rsidR="00E32B46" w:rsidRDefault="00E32B46" w:rsidP="005C1FC7">
      <w:r>
        <w:separator/>
      </w:r>
    </w:p>
  </w:endnote>
  <w:endnote w:type="continuationSeparator" w:id="0">
    <w:p w14:paraId="572D2F80" w14:textId="77777777" w:rsidR="00E32B46" w:rsidRDefault="00E32B46" w:rsidP="005C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6CF157" w14:textId="77777777" w:rsidR="00E32B46" w:rsidRDefault="00E32B46" w:rsidP="005C1FC7">
      <w:r>
        <w:separator/>
      </w:r>
    </w:p>
  </w:footnote>
  <w:footnote w:type="continuationSeparator" w:id="0">
    <w:p w14:paraId="79A1698F" w14:textId="77777777" w:rsidR="00E32B46" w:rsidRDefault="00E32B46" w:rsidP="005C1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43FE27" w14:textId="5F9110D4" w:rsidR="005C1FC7" w:rsidRDefault="00275A21" w:rsidP="00275A21">
    <w:pPr>
      <w:pStyle w:val="Header"/>
      <w:jc w:val="center"/>
    </w:pPr>
    <w:r w:rsidRPr="005C1FC7">
      <w:rPr>
        <w:rFonts w:ascii="Calibri Light" w:hAnsi="Calibri Light" w:cs="Calibri Light"/>
        <w:noProof/>
      </w:rPr>
      <w:drawing>
        <wp:inline distT="0" distB="0" distL="0" distR="0" wp14:anchorId="5B3F7AFE" wp14:editId="2D5E4448">
          <wp:extent cx="4160520" cy="57578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eatech_logo_strip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60520" cy="5757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41B600E"/>
    <w:multiLevelType w:val="multilevel"/>
    <w:tmpl w:val="1472C080"/>
    <w:lvl w:ilvl="0">
      <w:start w:val="1"/>
      <w:numFmt w:val="bullet"/>
      <w:lvlText w:val="■"/>
      <w:lvlJc w:val="left"/>
      <w:pPr>
        <w:ind w:left="720" w:hanging="360"/>
      </w:pPr>
      <w:rPr>
        <w:rFonts w:hint="default"/>
        <w:sz w:val="15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5511714">
    <w:abstractNumId w:val="8"/>
  </w:num>
  <w:num w:numId="2" w16cid:durableId="841504524">
    <w:abstractNumId w:val="6"/>
  </w:num>
  <w:num w:numId="3" w16cid:durableId="261187126">
    <w:abstractNumId w:val="5"/>
  </w:num>
  <w:num w:numId="4" w16cid:durableId="620651929">
    <w:abstractNumId w:val="4"/>
  </w:num>
  <w:num w:numId="5" w16cid:durableId="452331339">
    <w:abstractNumId w:val="7"/>
  </w:num>
  <w:num w:numId="6" w16cid:durableId="245774217">
    <w:abstractNumId w:val="3"/>
  </w:num>
  <w:num w:numId="7" w16cid:durableId="2106534120">
    <w:abstractNumId w:val="2"/>
  </w:num>
  <w:num w:numId="8" w16cid:durableId="748045413">
    <w:abstractNumId w:val="1"/>
  </w:num>
  <w:num w:numId="9" w16cid:durableId="171460325">
    <w:abstractNumId w:val="0"/>
  </w:num>
  <w:num w:numId="10" w16cid:durableId="9097986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6A4"/>
    <w:rsid w:val="0015074B"/>
    <w:rsid w:val="00275A21"/>
    <w:rsid w:val="0029639D"/>
    <w:rsid w:val="00326F90"/>
    <w:rsid w:val="003732A4"/>
    <w:rsid w:val="00467ECE"/>
    <w:rsid w:val="005C1FC7"/>
    <w:rsid w:val="006775EF"/>
    <w:rsid w:val="006F19D3"/>
    <w:rsid w:val="0080378D"/>
    <w:rsid w:val="00817B61"/>
    <w:rsid w:val="0098623F"/>
    <w:rsid w:val="009B1123"/>
    <w:rsid w:val="009D30F6"/>
    <w:rsid w:val="00A16EEB"/>
    <w:rsid w:val="00A7547C"/>
    <w:rsid w:val="00AA1D8D"/>
    <w:rsid w:val="00B47730"/>
    <w:rsid w:val="00CB0664"/>
    <w:rsid w:val="00E32B46"/>
    <w:rsid w:val="00F05974"/>
    <w:rsid w:val="00F332CF"/>
    <w:rsid w:val="00FB38EC"/>
    <w:rsid w:val="00FC693F"/>
    <w:rsid w:val="00FE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7104AC4"/>
  <w14:defaultImageDpi w14:val="300"/>
  <w15:docId w15:val="{6FBF7213-EEBF-FB44-B58C-2E9C1A2D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SI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C1F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1FC7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775E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6775E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9B1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YpXQB_Sf4KftH-tqqa_H7VUj-U7yA15Ffi0gBIObgdumxKw/viewform?usp=heade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rea-tech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Autumn CreaTech International Pitch Event - Draft Invitation</vt:lpstr>
    </vt:vector>
  </TitlesOfParts>
  <Manager/>
  <Company/>
  <LinksUpToDate>false</LinksUpToDate>
  <CharactersWithSpaces>1822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Autumn CreaTech International Pitch Event - Draft Invitation</dc:title>
  <dc:subject>Draft invitation for partner verification</dc:subject>
  <dc:creator>EMUNI University</dc:creator>
  <cp:keywords/>
  <dc:description>generated by python-docx</dc:description>
  <cp:lastModifiedBy>Gal Pastirk</cp:lastModifiedBy>
  <cp:revision>9</cp:revision>
  <dcterms:created xsi:type="dcterms:W3CDTF">2026-08-31T13:52:00Z</dcterms:created>
  <dcterms:modified xsi:type="dcterms:W3CDTF">2026-09-08T08:36:00Z</dcterms:modified>
  <cp:category/>
</cp:coreProperties>
</file>